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BSTETRICIAN GYNAECOLOG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BSTETRICIAN GYNAECOLOG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