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GYNECOLOGUE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GYNECOLOGUE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