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PSYCHIATRIST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PSYCHIATRIST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