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SIQUIATR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SIQUIATR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