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PAEDIATRICIAN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PAEDIATRICIAN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