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PEDIATRA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PEDIATRA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