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ÉDIAT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ÉDIAT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