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ESTESIS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ESTESIS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