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ANAESTHÉSISTE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ANAESTHÉSISTE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