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CHIRURGIEN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CHIRURGIEN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