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ORTHOPEDIC SURGEON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ORTHOPEDIC SURGEON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