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IRUJANO/A ORTOPÉDICO/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IRUJANO/A ORTOPÉDICO/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2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