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CHIRURGIEN ORTHOPÉDIQUE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CHIRURGIEN ORTHOPÉDIQUE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M02300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