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RADIOLOGIST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RADIOLOGIST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