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HEUMAT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HEUMAT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