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D ANTIMICROBIAL STEWARDSHIP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D ANTIMICROBIAL STEWARDSHIP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