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SURGICAL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SURGICAL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