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DWIFE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DWIFE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