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EPIDEMIOLOGY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EPIDEMIOLOGY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