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UNTRY SPECIALIZED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UNTRY SPECIALIZED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