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C AND CONTRACEPTION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C AND CONTRACEPTION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