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AC AND CONTRACEPTION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AC AND CONTRACEPTION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