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COUNTRY MENTAL HEALTH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COUNTRY MENTAL HEALTH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