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DOCTO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DOCTO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