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HOSPITAL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HOSPITAL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