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DEPUTY HOSPITAL DIRECTOR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DEPUTY HOSPITAL DIRECTOR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M04300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16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