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HOSPITAL DIR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HOSPITAL DIR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