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GIONAL HP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GIONAL HP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