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ONAL HP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ONAL HP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