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ENTOMOLOGISTE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ENTOMOLOGISTE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M04500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