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MICROBIOLOGIST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MICROBIOLOGIST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