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LEAD NURSE OR MIDWIFE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LEAD NURSE OR MIDWIFE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