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MÉDICO DE URGENCIAS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MÉDICO DE URGENCIAS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