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ENFERMERÍA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ENFERMERÍA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