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NUTRITIONAL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NUTRITIONAL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