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HOSPITAL NURSING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HOSPITAL NURSING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M05300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