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DE ENFERMERIA DE HOSPITAL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DE ENFERMERIA DE HOSPITAL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