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PATIENT SUPPORT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PATIENT SUPPORT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