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PHYSIOTHERAPY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PHYSIOTHERAPY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