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ACTIVITÉS DE PHYSIOTHÉRAPIE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ACTIVITÉS DE PHYSIOTHÉRAPIE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