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PHARMAC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PHARMAC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