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LABORATORI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LABORATORI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