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THROPOLOGY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THROPOLOGY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