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HROPOLOG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HROPOLOG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