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NTHROPOLOGY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NTHROPOLOGY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