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XIT SUPPORT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XIT SUPPORT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