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XIT SUPPOR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XIT SUPPOR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