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PERATIONAL RESEARCH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PERATIONAL RESEARCH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