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LA PROMOTION DE LA SANTÉ ET DE LA ENGAGEMENT COMMUNAUTAIRE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LA PROMOTION DE LA SANTÉ ET DE LA ENGAGEMENT COMMUNAUTAIRE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