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PREVENCIÓN Y CONTROL DE INFECCIO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PREVENCIÓN Y CONTROL DE INFECCION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